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75"/>
        <w:gridCol w:w="4975"/>
      </w:tblGrid>
      <w:tr w:rsidR="00F21208" w14:paraId="047BB047" w14:textId="77777777">
        <w:trPr>
          <w:jc w:val="center"/>
        </w:trPr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8D0BBE0" w14:textId="77777777" w:rsidR="00F21208" w:rsidRDefault="00164E70">
            <w:pPr>
              <w:pStyle w:val="Title"/>
              <w:spacing w:after="40"/>
            </w:pPr>
            <w:r>
              <w:t>2026 NI Road Safety Awards</w:t>
            </w:r>
          </w:p>
          <w:p w14:paraId="5AC45544" w14:textId="77777777" w:rsidR="00F21208" w:rsidRDefault="00164E70">
            <w:pPr>
              <w:spacing w:after="0"/>
            </w:pPr>
            <w:r>
              <w:rPr>
                <w:b/>
                <w:color w:val="08654F"/>
                <w:sz w:val="34"/>
              </w:rPr>
              <w:t>Nomination Form</w:t>
            </w:r>
          </w:p>
        </w:tc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39080A30" w14:textId="77777777" w:rsidR="00F21208" w:rsidRDefault="00164E7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2D828B5" wp14:editId="499E7BE6">
                  <wp:extent cx="1353312" cy="1506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adsafe_ni_logo_croppe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12" cy="15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6494B" w14:textId="77777777" w:rsidR="00F21208" w:rsidRDefault="00164E70">
      <w:pPr>
        <w:spacing w:before="100" w:after="100"/>
      </w:pPr>
      <w:r>
        <w:t xml:space="preserve">Use this form to nominate an individual, school, organisation or group whose work has made a positive contribution to road safety in Northern Ireland. </w:t>
      </w:r>
      <w:r>
        <w:rPr>
          <w:b/>
          <w:color w:val="08654F"/>
        </w:rPr>
        <w:t>Self-nominations are welcome.</w:t>
      </w:r>
    </w:p>
    <w:p w14:paraId="0FD69040" w14:textId="77777777" w:rsidR="00F21208" w:rsidRDefault="00164E70">
      <w:pPr>
        <w:spacing w:before="60" w:after="140"/>
      </w:pPr>
      <w:r>
        <w:rPr>
          <w:b/>
          <w:color w:val="08654F"/>
          <w:sz w:val="22"/>
        </w:rPr>
        <w:t>Closing date for entries: Friday 30 October 2026</w:t>
      </w:r>
    </w:p>
    <w:p w14:paraId="35689E19" w14:textId="77777777" w:rsidR="00F21208" w:rsidRDefault="00164E70">
      <w:pPr>
        <w:pStyle w:val="Heading1"/>
        <w:pBdr>
          <w:bottom w:val="single" w:sz="8" w:space="3" w:color="08654F"/>
        </w:pBdr>
        <w:spacing w:before="100" w:after="100"/>
      </w:pPr>
      <w:r>
        <w:t>1  Award category</w:t>
      </w:r>
    </w:p>
    <w:p w14:paraId="0985FD6D" w14:textId="77777777" w:rsidR="00F21208" w:rsidRDefault="00164E70">
      <w:pPr>
        <w:spacing w:after="100"/>
      </w:pPr>
      <w:r>
        <w:t>Please tick one category. If you are unsure, select the category that best reflects the nominee's main contribution.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F21208" w14:paraId="1F81523B" w14:textId="77777777">
        <w:trPr>
          <w:jc w:val="center"/>
        </w:trPr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7457F7FD" w14:textId="77777777" w:rsidR="00F21208" w:rsidRDefault="00164E70">
            <w:pPr>
              <w:spacing w:after="0"/>
            </w:pPr>
            <w:r>
              <w:t>☐</w:t>
            </w:r>
            <w:r>
              <w:t xml:space="preserve">  Primary School</w:t>
            </w:r>
          </w:p>
        </w:tc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6DD1AA5B" w14:textId="77777777" w:rsidR="00F21208" w:rsidRDefault="00164E70">
            <w:pPr>
              <w:spacing w:after="0"/>
            </w:pPr>
            <w:r>
              <w:t>☐</w:t>
            </w:r>
            <w:r>
              <w:t xml:space="preserve">  Post-Primary School</w:t>
            </w:r>
          </w:p>
        </w:tc>
      </w:tr>
      <w:tr w:rsidR="00F21208" w14:paraId="4D98644C" w14:textId="77777777">
        <w:trPr>
          <w:jc w:val="center"/>
        </w:trPr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AF8"/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3F3C6DF0" w14:textId="77777777" w:rsidR="00F21208" w:rsidRDefault="00164E70">
            <w:pPr>
              <w:spacing w:after="0"/>
            </w:pPr>
            <w:r>
              <w:t>☐</w:t>
            </w:r>
            <w:r>
              <w:t xml:space="preserve">  Open Category</w:t>
            </w:r>
          </w:p>
        </w:tc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AF8"/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0C525520" w14:textId="77777777" w:rsidR="00F21208" w:rsidRDefault="00164E70">
            <w:pPr>
              <w:spacing w:after="0"/>
            </w:pPr>
            <w:r>
              <w:t>☐</w:t>
            </w:r>
            <w:r>
              <w:t xml:space="preserve">  Business Sector</w:t>
            </w:r>
          </w:p>
        </w:tc>
      </w:tr>
      <w:tr w:rsidR="00F21208" w14:paraId="0B5AF777" w14:textId="77777777">
        <w:trPr>
          <w:jc w:val="center"/>
        </w:trPr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6A4C8FDF" w14:textId="77777777" w:rsidR="00F21208" w:rsidRDefault="00164E70">
            <w:pPr>
              <w:spacing w:after="0"/>
            </w:pPr>
            <w:r>
              <w:t>☐</w:t>
            </w:r>
            <w:r>
              <w:t xml:space="preserve">  Voluntary Award</w:t>
            </w:r>
          </w:p>
        </w:tc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16385D2B" w14:textId="77777777" w:rsidR="00F21208" w:rsidRDefault="00164E70">
            <w:pPr>
              <w:spacing w:after="0"/>
            </w:pPr>
            <w:r>
              <w:t>☐</w:t>
            </w:r>
            <w:r>
              <w:t xml:space="preserve">  Approved Driving Instructor</w:t>
            </w:r>
          </w:p>
        </w:tc>
      </w:tr>
      <w:tr w:rsidR="00F21208" w14:paraId="1FD59370" w14:textId="77777777">
        <w:trPr>
          <w:jc w:val="center"/>
        </w:trPr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AF8"/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3BD45697" w14:textId="77777777" w:rsidR="00F21208" w:rsidRDefault="00164E70">
            <w:pPr>
              <w:spacing w:after="0"/>
            </w:pPr>
            <w:r>
              <w:t>☐</w:t>
            </w:r>
            <w:r>
              <w:t xml:space="preserve">  School Crossing Patrol Person</w:t>
            </w:r>
          </w:p>
        </w:tc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AF8"/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5C0AA7D6" w14:textId="77777777" w:rsidR="00F21208" w:rsidRDefault="00164E70">
            <w:pPr>
              <w:spacing w:after="0"/>
            </w:pPr>
            <w:r>
              <w:t>☐</w:t>
            </w:r>
            <w:r>
              <w:t xml:space="preserve">  Emergency Services</w:t>
            </w:r>
          </w:p>
        </w:tc>
      </w:tr>
      <w:tr w:rsidR="00F21208" w14:paraId="61476BFE" w14:textId="77777777">
        <w:trPr>
          <w:jc w:val="center"/>
        </w:trPr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5F85E93B" w14:textId="77777777" w:rsidR="00F21208" w:rsidRDefault="00164E70">
            <w:pPr>
              <w:spacing w:after="0"/>
            </w:pPr>
            <w:r>
              <w:t>☐</w:t>
            </w:r>
            <w:r>
              <w:t xml:space="preserve">  Young Driver</w:t>
            </w:r>
          </w:p>
        </w:tc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2F516975" w14:textId="77777777" w:rsidR="00F21208" w:rsidRDefault="00164E70">
            <w:pPr>
              <w:spacing w:after="0"/>
            </w:pPr>
            <w:r>
              <w:t>☐</w:t>
            </w:r>
            <w:r>
              <w:t xml:space="preserve">  Public Sector</w:t>
            </w:r>
          </w:p>
        </w:tc>
      </w:tr>
      <w:tr w:rsidR="00F21208" w14:paraId="18094650" w14:textId="77777777">
        <w:trPr>
          <w:jc w:val="center"/>
        </w:trPr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AF8"/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0C06DBD9" w14:textId="77777777" w:rsidR="00F21208" w:rsidRDefault="00164E70">
            <w:pPr>
              <w:spacing w:after="0"/>
            </w:pPr>
            <w:r>
              <w:t>☐</w:t>
            </w:r>
            <w:r>
              <w:t xml:space="preserve">  LGV/PCV</w:t>
            </w:r>
          </w:p>
        </w:tc>
        <w:tc>
          <w:tcPr>
            <w:tcW w:w="48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AF8"/>
            <w:tcMar>
              <w:top w:w="125" w:type="dxa"/>
              <w:left w:w="120" w:type="dxa"/>
              <w:bottom w:w="125" w:type="dxa"/>
              <w:right w:w="120" w:type="dxa"/>
            </w:tcMar>
            <w:vAlign w:val="center"/>
          </w:tcPr>
          <w:p w14:paraId="7E2CCEDF" w14:textId="77777777" w:rsidR="00F21208" w:rsidRDefault="00164E70">
            <w:pPr>
              <w:spacing w:after="0"/>
            </w:pPr>
            <w:r>
              <w:t>☐</w:t>
            </w:r>
            <w:r>
              <w:t xml:space="preserve">  Lifetime Achievement</w:t>
            </w:r>
          </w:p>
        </w:tc>
      </w:tr>
    </w:tbl>
    <w:p w14:paraId="36DB23EF" w14:textId="77777777" w:rsidR="00F21208" w:rsidRDefault="00164E70">
      <w:pPr>
        <w:pStyle w:val="Heading1"/>
        <w:pBdr>
          <w:bottom w:val="single" w:sz="8" w:space="3" w:color="08654F"/>
        </w:pBdr>
        <w:spacing w:before="100" w:after="100"/>
      </w:pPr>
      <w:r>
        <w:t>2  Person making the nomination</w:t>
      </w:r>
    </w:p>
    <w:p w14:paraId="0FFE5C7F" w14:textId="77777777" w:rsidR="00F21208" w:rsidRDefault="00164E70">
      <w:pPr>
        <w:keepLines/>
        <w:spacing w:before="100" w:after="160"/>
      </w:pPr>
      <w:r>
        <w:rPr>
          <w:b/>
          <w:sz w:val="21"/>
        </w:rPr>
        <w:t>Full name</w:t>
      </w:r>
      <w:r>
        <w:rPr>
          <w:sz w:val="18"/>
        </w:rPr>
        <w:br/>
        <w:t>________________________________________________________________________________________</w:t>
      </w:r>
    </w:p>
    <w:p w14:paraId="2C2F315B" w14:textId="77777777" w:rsidR="00F21208" w:rsidRDefault="00164E70">
      <w:pPr>
        <w:keepLines/>
        <w:spacing w:before="100" w:after="160"/>
      </w:pPr>
      <w:r>
        <w:rPr>
          <w:b/>
          <w:sz w:val="21"/>
        </w:rPr>
        <w:t>Organisation and role</w:t>
      </w:r>
      <w:r>
        <w:rPr>
          <w:i/>
          <w:color w:val="5A5A5A"/>
          <w:sz w:val="18"/>
        </w:rPr>
        <w:t xml:space="preserve">  if applicable</w:t>
      </w:r>
      <w:r>
        <w:rPr>
          <w:sz w:val="18"/>
        </w:rPr>
        <w:br/>
        <w:t>________________________________________________________________________________________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75"/>
        <w:gridCol w:w="4975"/>
      </w:tblGrid>
      <w:tr w:rsidR="00F21208" w14:paraId="73C4A6EE" w14:textId="77777777">
        <w:trPr>
          <w:jc w:val="center"/>
        </w:trPr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298532E5" w14:textId="77777777" w:rsidR="00F21208" w:rsidRDefault="00164E70">
            <w:r>
              <w:rPr>
                <w:b/>
                <w:sz w:val="21"/>
              </w:rPr>
              <w:t>Email address</w:t>
            </w:r>
          </w:p>
          <w:p w14:paraId="75FE55ED" w14:textId="77777777" w:rsidR="00F21208" w:rsidRDefault="00164E70">
            <w:pPr>
              <w:spacing w:after="0"/>
            </w:pPr>
            <w:r>
              <w:rPr>
                <w:sz w:val="16"/>
              </w:rPr>
              <w:t>______________________________________</w:t>
            </w:r>
          </w:p>
        </w:tc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10" w:type="dxa"/>
              <w:right w:w="80" w:type="dxa"/>
            </w:tcMar>
          </w:tcPr>
          <w:p w14:paraId="39336407" w14:textId="77777777" w:rsidR="00F21208" w:rsidRDefault="00164E70">
            <w:r>
              <w:rPr>
                <w:b/>
                <w:sz w:val="21"/>
              </w:rPr>
              <w:t>Telephone number</w:t>
            </w:r>
          </w:p>
          <w:p w14:paraId="03912EFF" w14:textId="77777777" w:rsidR="00F21208" w:rsidRDefault="00164E70">
            <w:pPr>
              <w:spacing w:after="0"/>
            </w:pPr>
            <w:r>
              <w:rPr>
                <w:sz w:val="16"/>
              </w:rPr>
              <w:t>______________________________________</w:t>
            </w:r>
          </w:p>
        </w:tc>
      </w:tr>
    </w:tbl>
    <w:p w14:paraId="5A44DE70" w14:textId="77777777" w:rsidR="00F21208" w:rsidRDefault="00164E70">
      <w:pPr>
        <w:spacing w:before="60"/>
      </w:pPr>
      <w:r>
        <w:rPr>
          <w:b/>
        </w:rPr>
        <w:t>Is this a self-nomination?   ☐ Yes   ☐ No</w:t>
      </w:r>
    </w:p>
    <w:p w14:paraId="1F1650C5" w14:textId="77777777" w:rsidR="00F21208" w:rsidRDefault="00164E70">
      <w:pPr>
        <w:pStyle w:val="Heading1"/>
        <w:pBdr>
          <w:bottom w:val="single" w:sz="8" w:space="3" w:color="08654F"/>
        </w:pBdr>
        <w:spacing w:before="100" w:after="100"/>
      </w:pPr>
      <w:r>
        <w:t>3  Nominee details</w:t>
      </w:r>
    </w:p>
    <w:p w14:paraId="3625667D" w14:textId="77777777" w:rsidR="00F21208" w:rsidRDefault="00164E70">
      <w:pPr>
        <w:keepLines/>
        <w:spacing w:before="100" w:after="160"/>
      </w:pPr>
      <w:r>
        <w:rPr>
          <w:b/>
          <w:sz w:val="21"/>
        </w:rPr>
        <w:t>Name of person, school, organisation or group being nominated</w:t>
      </w:r>
      <w:r>
        <w:rPr>
          <w:sz w:val="18"/>
        </w:rPr>
        <w:br/>
        <w:t>________________________________________________________________________________________</w:t>
      </w:r>
    </w:p>
    <w:p w14:paraId="53D9A9D8" w14:textId="77777777" w:rsidR="00F21208" w:rsidRDefault="00164E70">
      <w:pPr>
        <w:keepLines/>
        <w:spacing w:before="100" w:after="160"/>
      </w:pPr>
      <w:r>
        <w:rPr>
          <w:b/>
          <w:sz w:val="21"/>
        </w:rPr>
        <w:t>Nominee's organisation or role</w:t>
      </w:r>
      <w:r>
        <w:rPr>
          <w:i/>
          <w:color w:val="5A5A5A"/>
          <w:sz w:val="18"/>
        </w:rPr>
        <w:t xml:space="preserve">  if applicable</w:t>
      </w:r>
      <w:r>
        <w:rPr>
          <w:sz w:val="18"/>
        </w:rPr>
        <w:br/>
        <w:t>________________________________________________________________________________________</w:t>
      </w:r>
    </w:p>
    <w:p w14:paraId="6055948A" w14:textId="77777777" w:rsidR="00F21208" w:rsidRDefault="00164E70">
      <w:pPr>
        <w:keepLines/>
        <w:spacing w:before="100" w:after="160"/>
      </w:pPr>
      <w:r>
        <w:rPr>
          <w:b/>
          <w:sz w:val="21"/>
        </w:rPr>
        <w:t>Nominee's email address or telephone number</w:t>
      </w:r>
      <w:r>
        <w:rPr>
          <w:i/>
          <w:color w:val="5A5A5A"/>
          <w:sz w:val="18"/>
        </w:rPr>
        <w:t xml:space="preserve">  if known</w:t>
      </w:r>
      <w:r>
        <w:rPr>
          <w:sz w:val="18"/>
        </w:rPr>
        <w:br/>
      </w:r>
      <w:r>
        <w:rPr>
          <w:sz w:val="18"/>
        </w:rPr>
        <w:t>________________________________________________________________________________________</w:t>
      </w:r>
    </w:p>
    <w:p w14:paraId="4E306080" w14:textId="77777777" w:rsidR="00F21208" w:rsidRDefault="00F21208">
      <w:pPr>
        <w:sectPr w:rsidR="00F21208">
          <w:footerReference w:type="default" r:id="rId9"/>
          <w:pgSz w:w="11909" w:h="16834"/>
          <w:pgMar w:top="749" w:right="979" w:bottom="835" w:left="979" w:header="720" w:footer="720" w:gutter="0"/>
          <w:cols w:space="720"/>
          <w:docGrid w:linePitch="360"/>
        </w:sectPr>
      </w:pPr>
    </w:p>
    <w:p w14:paraId="30F2FDB2" w14:textId="77777777" w:rsidR="00F21208" w:rsidRDefault="00164E70">
      <w:pPr>
        <w:pStyle w:val="Title"/>
        <w:spacing w:after="40"/>
      </w:pPr>
      <w:r>
        <w:lastRenderedPageBreak/>
        <w:t>Supporting information</w:t>
      </w:r>
    </w:p>
    <w:p w14:paraId="74FB5E6B" w14:textId="77777777" w:rsidR="00F21208" w:rsidRDefault="00164E70">
      <w:pPr>
        <w:spacing w:after="100"/>
      </w:pPr>
      <w:r>
        <w:t>Please answer each question in no more than 100 words. You may type into the spaces or complete the form clearly in black ink.</w:t>
      </w:r>
    </w:p>
    <w:p w14:paraId="6A621705" w14:textId="77777777" w:rsidR="00F21208" w:rsidRDefault="00164E70">
      <w:pPr>
        <w:keepNext/>
        <w:spacing w:before="140"/>
      </w:pPr>
      <w:r>
        <w:rPr>
          <w:b/>
          <w:color w:val="000000"/>
          <w:sz w:val="24"/>
        </w:rPr>
        <w:t>Question 1</w:t>
      </w:r>
      <w:r>
        <w:rPr>
          <w:b/>
          <w:color w:val="08654F"/>
          <w:sz w:val="19"/>
        </w:rPr>
        <w:t xml:space="preserve">  Maximum 100 words</w:t>
      </w:r>
    </w:p>
    <w:p w14:paraId="501A073D" w14:textId="77777777" w:rsidR="00F21208" w:rsidRDefault="00164E70">
      <w:pPr>
        <w:keepNext/>
        <w:spacing w:after="40"/>
      </w:pPr>
      <w:r>
        <w:rPr>
          <w:b/>
          <w:sz w:val="21"/>
        </w:rPr>
        <w:t>What has the nominee done to improve road safety?</w:t>
      </w:r>
    </w:p>
    <w:p w14:paraId="119482A2" w14:textId="77777777" w:rsidR="00F21208" w:rsidRDefault="00164E70">
      <w:pPr>
        <w:keepNext/>
        <w:spacing w:after="100"/>
      </w:pPr>
      <w:r>
        <w:rPr>
          <w:i/>
          <w:color w:val="555555"/>
          <w:sz w:val="18"/>
        </w:rPr>
        <w:t>Describe the activity, initiative, service or sustained contribution. Include how long the nominee has been involved where relevant.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F21208" w14:paraId="07FDA41A" w14:textId="77777777">
        <w:trPr>
          <w:jc w:val="center"/>
        </w:trPr>
        <w:tc>
          <w:tcPr>
            <w:tcW w:w="98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30" w:type="dxa"/>
              <w:bottom w:w="90" w:type="dxa"/>
              <w:right w:w="130" w:type="dxa"/>
            </w:tcMar>
          </w:tcPr>
          <w:p w14:paraId="096441AB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637F52A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0BC5475E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2A4FA556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4C8692F5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1C09C1D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531FFF1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5A34A09C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0025544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48DEE50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3FC6062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740A69F6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4E9004D1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0615A8E9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</w:tc>
      </w:tr>
    </w:tbl>
    <w:p w14:paraId="288D286D" w14:textId="77777777" w:rsidR="00F21208" w:rsidRDefault="00164E70">
      <w:pPr>
        <w:keepNext/>
        <w:spacing w:before="140"/>
      </w:pPr>
      <w:r>
        <w:rPr>
          <w:b/>
          <w:color w:val="000000"/>
          <w:sz w:val="24"/>
        </w:rPr>
        <w:t>Question 2</w:t>
      </w:r>
      <w:r>
        <w:rPr>
          <w:b/>
          <w:color w:val="08654F"/>
          <w:sz w:val="19"/>
        </w:rPr>
        <w:t xml:space="preserve">  Maximum 100 words</w:t>
      </w:r>
    </w:p>
    <w:p w14:paraId="4A54B32A" w14:textId="77777777" w:rsidR="00F21208" w:rsidRDefault="00164E70">
      <w:pPr>
        <w:keepNext/>
        <w:spacing w:after="40"/>
      </w:pPr>
      <w:r>
        <w:rPr>
          <w:b/>
          <w:sz w:val="21"/>
        </w:rPr>
        <w:t>What difference has the nominee's work made?</w:t>
      </w:r>
    </w:p>
    <w:p w14:paraId="2E6A3CBB" w14:textId="77777777" w:rsidR="00F21208" w:rsidRDefault="00164E70">
      <w:pPr>
        <w:keepNext/>
        <w:spacing w:after="100"/>
      </w:pPr>
      <w:r>
        <w:rPr>
          <w:i/>
          <w:color w:val="555555"/>
          <w:sz w:val="18"/>
        </w:rPr>
        <w:t>Explain who benefited and describe any results, achievements, evidence or examples that demonstrate the impact.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F21208" w14:paraId="20B3FC26" w14:textId="77777777">
        <w:trPr>
          <w:jc w:val="center"/>
        </w:trPr>
        <w:tc>
          <w:tcPr>
            <w:tcW w:w="98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30" w:type="dxa"/>
              <w:bottom w:w="90" w:type="dxa"/>
              <w:right w:w="130" w:type="dxa"/>
            </w:tcMar>
          </w:tcPr>
          <w:p w14:paraId="3CA8B00B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2E76753B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117C2D1B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3DB2206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8B52960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090148FB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11597764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045DF44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0393066E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A6A4B74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1ADD8266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EE0540D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F055E20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4BF8BE93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</w:tc>
      </w:tr>
    </w:tbl>
    <w:p w14:paraId="33DD031D" w14:textId="77777777" w:rsidR="00F21208" w:rsidRDefault="00F21208">
      <w:pPr>
        <w:sectPr w:rsidR="00F21208">
          <w:footerReference w:type="default" r:id="rId10"/>
          <w:pgSz w:w="11909" w:h="16834"/>
          <w:pgMar w:top="835" w:right="979" w:bottom="835" w:left="979" w:header="720" w:footer="720" w:gutter="0"/>
          <w:cols w:space="720"/>
          <w:docGrid w:linePitch="360"/>
        </w:sectPr>
      </w:pPr>
    </w:p>
    <w:p w14:paraId="40CD4A0C" w14:textId="77777777" w:rsidR="00F21208" w:rsidRDefault="00164E70">
      <w:pPr>
        <w:pStyle w:val="Title"/>
        <w:spacing w:after="60"/>
      </w:pPr>
      <w:r>
        <w:lastRenderedPageBreak/>
        <w:t>Supporting information continued</w:t>
      </w:r>
    </w:p>
    <w:p w14:paraId="1E9E9863" w14:textId="77777777" w:rsidR="00F21208" w:rsidRDefault="00164E70">
      <w:pPr>
        <w:keepNext/>
        <w:spacing w:before="140"/>
      </w:pPr>
      <w:r>
        <w:rPr>
          <w:b/>
          <w:color w:val="000000"/>
          <w:sz w:val="24"/>
        </w:rPr>
        <w:t>Question 3</w:t>
      </w:r>
      <w:r>
        <w:rPr>
          <w:b/>
          <w:color w:val="08654F"/>
          <w:sz w:val="19"/>
        </w:rPr>
        <w:t xml:space="preserve">  Maximum 100 words</w:t>
      </w:r>
    </w:p>
    <w:p w14:paraId="4548C244" w14:textId="77777777" w:rsidR="00F21208" w:rsidRDefault="00164E70">
      <w:pPr>
        <w:keepNext/>
        <w:spacing w:after="40"/>
      </w:pPr>
      <w:r>
        <w:rPr>
          <w:b/>
          <w:sz w:val="21"/>
        </w:rPr>
        <w:t>Why should this nominee receive a 2026 NI Road Safety Award?</w:t>
      </w:r>
    </w:p>
    <w:p w14:paraId="13517C4E" w14:textId="77777777" w:rsidR="00F21208" w:rsidRDefault="00164E70">
      <w:pPr>
        <w:keepNext/>
        <w:spacing w:after="100"/>
      </w:pPr>
      <w:r>
        <w:rPr>
          <w:i/>
          <w:color w:val="555555"/>
          <w:sz w:val="18"/>
        </w:rPr>
        <w:t>Tell the judging panel what makes the nominee's contribution exceptional and why it deserves recognition.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F21208" w14:paraId="294E8EED" w14:textId="77777777">
        <w:trPr>
          <w:jc w:val="center"/>
        </w:trPr>
        <w:tc>
          <w:tcPr>
            <w:tcW w:w="98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30" w:type="dxa"/>
              <w:bottom w:w="90" w:type="dxa"/>
              <w:right w:w="130" w:type="dxa"/>
            </w:tcMar>
          </w:tcPr>
          <w:p w14:paraId="381A6865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823BD09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E17F403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7F8E697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2B2FDFA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07C658D5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5F4AA444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4D8CAA15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2865B841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15A5A2C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62422B8A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1F8D3A02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07F70F49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2C120B9C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4B5419F7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7474FEB4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475C47C3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A39CDCB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5698C94C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3E6F5FAC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51B61503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  <w:p w14:paraId="5150F186" w14:textId="77777777" w:rsidR="00F21208" w:rsidRDefault="00164E70">
            <w:pPr>
              <w:spacing w:after="40" w:line="324" w:lineRule="auto"/>
            </w:pPr>
            <w:r>
              <w:rPr>
                <w:sz w:val="22"/>
              </w:rPr>
              <w:t> </w:t>
            </w:r>
          </w:p>
        </w:tc>
      </w:tr>
    </w:tbl>
    <w:p w14:paraId="45CDED7E" w14:textId="77777777" w:rsidR="00F21208" w:rsidRDefault="00164E70">
      <w:pPr>
        <w:pStyle w:val="Heading1"/>
        <w:pBdr>
          <w:bottom w:val="single" w:sz="8" w:space="3" w:color="08654F"/>
        </w:pBdr>
        <w:spacing w:before="100" w:after="100"/>
      </w:pPr>
      <w:r>
        <w:t>4  Declaration</w:t>
      </w:r>
    </w:p>
    <w:p w14:paraId="081CDAFC" w14:textId="77777777" w:rsidR="00F21208" w:rsidRDefault="00164E70">
      <w:pPr>
        <w:spacing w:after="140"/>
      </w:pPr>
      <w:r>
        <w:t>I confirm that the information provided in this nomination is accurate to the best of my knowledge. I understand that Road Safe NI Charity may contact me for further information about this nomination.</w:t>
      </w:r>
    </w:p>
    <w:p w14:paraId="5609B1B7" w14:textId="77777777" w:rsidR="00F21208" w:rsidRDefault="00164E70">
      <w:r>
        <w:t>Signature: _______________________________________    Date: ____________________</w:t>
      </w:r>
    </w:p>
    <w:p w14:paraId="4CF38DD9" w14:textId="77777777" w:rsidR="00F21208" w:rsidRDefault="00164E70">
      <w:pPr>
        <w:pStyle w:val="Heading1"/>
        <w:pBdr>
          <w:bottom w:val="single" w:sz="8" w:space="3" w:color="08654F"/>
        </w:pBdr>
        <w:spacing w:before="100" w:after="100"/>
      </w:pPr>
      <w:r>
        <w:t>5  Sending your nomination</w:t>
      </w:r>
    </w:p>
    <w:p w14:paraId="3695ABE7" w14:textId="77777777" w:rsidR="00F21208" w:rsidRDefault="00164E70">
      <w:pPr>
        <w:spacing w:after="80"/>
      </w:pPr>
      <w:r>
        <w:rPr>
          <w:b/>
        </w:rPr>
        <w:t xml:space="preserve">Email: </w:t>
      </w:r>
      <w:r>
        <w:t>roadsafetyawards@roadsafeni.org</w:t>
      </w:r>
    </w:p>
    <w:p w14:paraId="26F0903D" w14:textId="77777777" w:rsidR="00F21208" w:rsidRDefault="00164E70">
      <w:pPr>
        <w:spacing w:after="80"/>
      </w:pPr>
      <w:r>
        <w:rPr>
          <w:b/>
        </w:rPr>
        <w:t xml:space="preserve">Post: </w:t>
      </w:r>
      <w:r>
        <w:t>Road Safe NI Charity, 48 Copperthorpe, Londonderry, BT47 3LT</w:t>
      </w:r>
    </w:p>
    <w:p w14:paraId="75DA4D66" w14:textId="77777777" w:rsidR="00F21208" w:rsidRDefault="00164E70">
      <w:pPr>
        <w:spacing w:before="120" w:after="0"/>
      </w:pPr>
      <w:r>
        <w:rPr>
          <w:b/>
          <w:color w:val="08654F"/>
        </w:rPr>
        <w:t>Please ensure all sections are completed before submitting your nomination.</w:t>
      </w:r>
    </w:p>
    <w:sectPr w:rsidR="00F21208" w:rsidSect="00034616">
      <w:footerReference w:type="default" r:id="rId11"/>
      <w:pgSz w:w="11909" w:h="16834"/>
      <w:pgMar w:top="835" w:right="979" w:bottom="835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EAE2C" w14:textId="77777777" w:rsidR="00164E70" w:rsidRDefault="00164E70">
      <w:pPr>
        <w:spacing w:after="0" w:line="240" w:lineRule="auto"/>
      </w:pPr>
      <w:r>
        <w:separator/>
      </w:r>
    </w:p>
  </w:endnote>
  <w:endnote w:type="continuationSeparator" w:id="0">
    <w:p w14:paraId="4285D9F9" w14:textId="77777777" w:rsidR="00164E70" w:rsidRDefault="0016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4DB6" w14:textId="77777777" w:rsidR="00F21208" w:rsidRDefault="00164E70">
    <w:pPr>
      <w:pStyle w:val="Footer"/>
      <w:spacing w:before="80"/>
      <w:jc w:val="center"/>
    </w:pPr>
    <w:r>
      <w:rPr>
        <w:color w:val="505050"/>
        <w:sz w:val="17"/>
      </w:rPr>
      <w:t xml:space="preserve">2026 NI Road Safety Awards Nomination </w:t>
    </w:r>
    <w:proofErr w:type="gramStart"/>
    <w:r>
      <w:rPr>
        <w:color w:val="505050"/>
        <w:sz w:val="17"/>
      </w:rPr>
      <w:t>Form  |</w:t>
    </w:r>
    <w:proofErr w:type="gramEnd"/>
    <w:r>
      <w:rPr>
        <w:color w:val="505050"/>
        <w:sz w:val="17"/>
      </w:rPr>
      <w:t xml:space="preserve">  Page 1 of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F518" w14:textId="77777777" w:rsidR="00F21208" w:rsidRDefault="00164E70">
    <w:pPr>
      <w:pStyle w:val="Footer"/>
      <w:spacing w:before="80"/>
      <w:jc w:val="center"/>
    </w:pPr>
    <w:r>
      <w:rPr>
        <w:color w:val="505050"/>
        <w:sz w:val="17"/>
      </w:rPr>
      <w:t xml:space="preserve">2026 NI Road Safety Awards Nomination </w:t>
    </w:r>
    <w:proofErr w:type="gramStart"/>
    <w:r>
      <w:rPr>
        <w:color w:val="505050"/>
        <w:sz w:val="17"/>
      </w:rPr>
      <w:t>Form  |</w:t>
    </w:r>
    <w:proofErr w:type="gramEnd"/>
    <w:r>
      <w:rPr>
        <w:color w:val="505050"/>
        <w:sz w:val="17"/>
      </w:rPr>
      <w:t xml:space="preserve">  Page 2 of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6B4B8" w14:textId="77777777" w:rsidR="00F21208" w:rsidRDefault="00164E70">
    <w:pPr>
      <w:pStyle w:val="Footer"/>
      <w:spacing w:before="80"/>
      <w:jc w:val="center"/>
    </w:pPr>
    <w:r>
      <w:rPr>
        <w:color w:val="505050"/>
        <w:sz w:val="17"/>
      </w:rPr>
      <w:t xml:space="preserve">2026 NI Road Safety Awards Nomination </w:t>
    </w:r>
    <w:proofErr w:type="gramStart"/>
    <w:r>
      <w:rPr>
        <w:color w:val="505050"/>
        <w:sz w:val="17"/>
      </w:rPr>
      <w:t>Form  |</w:t>
    </w:r>
    <w:proofErr w:type="gramEnd"/>
    <w:r>
      <w:rPr>
        <w:color w:val="505050"/>
        <w:sz w:val="17"/>
      </w:rPr>
      <w:t xml:space="preserve">  Page 3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41807" w14:textId="77777777" w:rsidR="00164E70" w:rsidRDefault="00164E70">
      <w:pPr>
        <w:spacing w:after="0" w:line="240" w:lineRule="auto"/>
      </w:pPr>
      <w:r>
        <w:separator/>
      </w:r>
    </w:p>
  </w:footnote>
  <w:footnote w:type="continuationSeparator" w:id="0">
    <w:p w14:paraId="75068C1D" w14:textId="77777777" w:rsidR="00164E70" w:rsidRDefault="00164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1808140">
    <w:abstractNumId w:val="8"/>
  </w:num>
  <w:num w:numId="2" w16cid:durableId="974993778">
    <w:abstractNumId w:val="6"/>
  </w:num>
  <w:num w:numId="3" w16cid:durableId="1797796531">
    <w:abstractNumId w:val="5"/>
  </w:num>
  <w:num w:numId="4" w16cid:durableId="1106342920">
    <w:abstractNumId w:val="4"/>
  </w:num>
  <w:num w:numId="5" w16cid:durableId="785585990">
    <w:abstractNumId w:val="7"/>
  </w:num>
  <w:num w:numId="6" w16cid:durableId="2020161697">
    <w:abstractNumId w:val="3"/>
  </w:num>
  <w:num w:numId="7" w16cid:durableId="332537571">
    <w:abstractNumId w:val="2"/>
  </w:num>
  <w:num w:numId="8" w16cid:durableId="1332098227">
    <w:abstractNumId w:val="1"/>
  </w:num>
  <w:num w:numId="9" w16cid:durableId="1113093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5EA"/>
    <w:rsid w:val="0015074B"/>
    <w:rsid w:val="00164E70"/>
    <w:rsid w:val="0029639D"/>
    <w:rsid w:val="00326F90"/>
    <w:rsid w:val="005A3A1B"/>
    <w:rsid w:val="00AA1D8D"/>
    <w:rsid w:val="00B47730"/>
    <w:rsid w:val="00CB0664"/>
    <w:rsid w:val="00F212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A82884"/>
  <w14:defaultImageDpi w14:val="300"/>
  <w15:docId w15:val="{8908F2F9-AD1F-4BFA-805F-B84CF52B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4141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23A00FB154145A4B65857622081A4" ma:contentTypeVersion="13" ma:contentTypeDescription="Create a new document." ma:contentTypeScope="" ma:versionID="20dfacd983753d6a4bc8441fbb1ad0d5">
  <xsd:schema xmlns:xsd="http://www.w3.org/2001/XMLSchema" xmlns:xs="http://www.w3.org/2001/XMLSchema" xmlns:p="http://schemas.microsoft.com/office/2006/metadata/properties" xmlns:ns2="47c63678-5c08-4f5d-9edd-887edb4d5830" xmlns:ns3="7fa5f850-9b12-4450-adcb-d58c89729b84" targetNamespace="http://schemas.microsoft.com/office/2006/metadata/properties" ma:root="true" ma:fieldsID="fd84a4599e15f7b8dc56182d245ddd42" ns2:_="" ns3:_="">
    <xsd:import namespace="47c63678-5c08-4f5d-9edd-887edb4d5830"/>
    <xsd:import namespace="7fa5f850-9b12-4450-adcb-d58c89729b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63678-5c08-4f5d-9edd-887edb4d5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162acea-7d8f-4e9a-a188-5ab259c53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5f850-9b12-4450-adcb-d58c89729b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c8a1d9-6aaa-4b9e-ac44-188b04d4cce4}" ma:internalName="TaxCatchAll" ma:showField="CatchAllData" ma:web="7fa5f850-9b12-4450-adcb-d58c89729b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63678-5c08-4f5d-9edd-887edb4d5830">
      <Terms xmlns="http://schemas.microsoft.com/office/infopath/2007/PartnerControls"/>
    </lcf76f155ced4ddcb4097134ff3c332f>
    <TaxCatchAll xmlns="7fa5f850-9b12-4450-adcb-d58c89729b8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7141F6-C0E4-47A0-8801-A1735DF59D1A}"/>
</file>

<file path=customXml/itemProps3.xml><?xml version="1.0" encoding="utf-8"?>
<ds:datastoreItem xmlns:ds="http://schemas.openxmlformats.org/officeDocument/2006/customXml" ds:itemID="{5F07AC57-5324-4342-85AC-E513425CD679}"/>
</file>

<file path=customXml/itemProps4.xml><?xml version="1.0" encoding="utf-8"?>
<ds:datastoreItem xmlns:ds="http://schemas.openxmlformats.org/officeDocument/2006/customXml" ds:itemID="{A4670D6C-AD27-420D-8C73-9996C040DF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NI Road Safety Awards Nomination Form</dc:title>
  <dc:subject>Nomination form for the 2026 Northern Ireland Road Safety Awards</dc:subject>
  <dc:creator>Road Safe NI Charity</dc:creator>
  <cp:keywords>Road Safe NI, Road Safety Awards, 2026, nomination form</cp:keywords>
  <dc:description>generated by python-docx</dc:description>
  <cp:lastModifiedBy>Tricia O'Neill</cp:lastModifiedBy>
  <cp:revision>2</cp:revision>
  <dcterms:created xsi:type="dcterms:W3CDTF">2026-09-21T09:22:00Z</dcterms:created>
  <dcterms:modified xsi:type="dcterms:W3CDTF">2026-09-21T09:22:00Z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0x01010081923A00FB154145A4B65857622081A4</vt:lpwstr>
  </property>
</Properties>
</file>